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התחייה - ביאליק ורחל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משוררי התחייה חיים נחמן ביאליק ורחל ואת נושאי שיריהם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מטאפורה, האנשה ואנאפורה בשירים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סגנון הכתיבה של ביאליק לסגנון הכתיבה של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שיר השירים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הוא מכונה בתולדות הספרות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רחל כתבה שירים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השיר משלב תיאור טבע עם רגשי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במנחה דלה ופשוטה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הנושא המרכזי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שיר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השיר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(פנייה לדמות נשית וחלום אהבה שהוחמץ)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(מתח בין מסורת השכלה בבית המדרש)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(בת מלך כלואה במגדל ונער עני)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(דימוי לעולם קטן כמו עולם הנמלה)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(שיר נוף ואהבה עם האנשה ושאלה רטורית)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ביאליק כותב שירים ארוכים ומורכבים יותר על בדידות וגורל, רחל כותבת שירים קצרים ופשוטים על געגוע וטבע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חזרה על אותה מילה או צירוף בתחילת כמה שורות, למשל חזרה על רק על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שיר מהרשימה, הסביר את תוכנו בקצרה והתייחס לרגש אישי שהשיר מעורר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ביאליק ורחל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אנאפורה בשיר רק על עצמי לספר ידעתי, או מטאפורה בשיר גן נעול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ביאליק כותב שירים ארוכים יותר על בדידות וגורל, רחל כותבת שירים קצרים ופשוטים על געגוע וטבע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קטעים קצרים מהשירים המקוריים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לשתי קבוצות - קבוצה על ביאליק וקבוצה על רחל ולערוך השוואה משותפת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בעדינות לנושאים של בדידות וגעגוע שעולים בשירים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התחייה - ביאליק ורחל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ביאליק ורחל הם שני משוררים חשובים מתקופת התחייה. ביאליק כתב על בדידות וגעגוע. רחל כתבה שירים קצרים על חיים בכנרת. נלמד על השירים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שירת התחייה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שנכתבה כשהעם היהודי התחיל לחזור לארץ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שמבטא רגשות אישיים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במילה כמו או כעין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השוואה, כאילו דבר אחד הוא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שאינו אדם תכונות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מילה בתחילת כמה 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שלא מצפים לתשובה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שבאה לארץ ישראל לעבוד את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השיר הכניסיני תחת כנפך?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שלונסקי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השירים של רחל נראים - ארוכים או קצרים?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ארוכים ומורכבים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 ילדים מצחיקים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שירי לעג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נשאר בבית המדרש בשיר לבדי?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רחל חיה וכתבה?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דומה העולם הקטן בשיר של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מאיזה ספר עתיק לקוח הרמז בשיר גן 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ביאליק נקרא המשורר הלאומי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כתבה בעיקר שירים ארוכים ומסובכים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כנרת הוא שיר נוף ואהבה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אל ארצי מתוארת מנחה עשירה ומפוארת שהביאה החלוצה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ואולי לא היו הדברים שואל אם זיכרון הוא אמיתי או 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השיר הכניסיני תחת כנפך כתב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רחל כתבה שירים קצרים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לבדי, ה__________ נשאר תחת כנפי השכינה בבית המדרש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גן נעול מרמז למקור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רחל חיה וכתבה שירים על אדמת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השיר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שיר נוף ואהבה עם האנשה ושאלה רטורית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מתח בין מסורת השכלה בבית המדרש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אגדת שלושה וארבעה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בת מלך כלואה במגדל ונער עני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רק על עצמי לספר ידעתי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דימוי לעולם קטן כמו עולם הנמלה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לדמות נשית וחלום אהבה שהוחמץ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הסגנון של ביאליק לסגנון של רחל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אמצעי אמנותי אנאפורה? תנו דוגמה מהשיר רק על עצמי לספר ידעתי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מהשירים שלמדנו וכתבו פסקה קצרה שבה תסבירו על מה הוא מדבר ואילו רגשות הוא מעורר בכם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היו שני המשוררים שלמדנו עליהם בשיעור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שלמדנו ושם שיר שבו הוא מופיע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שירי ביאליק לשירי רחל?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שירת התחייה - ביאליק ורחל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