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משוררי התחייה חיים נחמן ביאליק ורחל ואת נושאי שיריהם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מטאפורה, האנשה ואנאפורה בשירים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סגנון הכתיבה של ביאליק לסגנון הכתיבה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שיר השירים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הוא מכונה בתולדות הספרות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כתבה שירים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השיר משלב תיאור טבע עם רגשי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במנחה דלה ופשוטה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הנושא המרכזי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שיר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(פנייה לדמות נשית וחלום אהבה שהוחמץ)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(מתח בין מסורת השכלה בבית המדרש)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(בת מלך כלואה במגדל ונער עני)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(דימוי לעולם קטן כמו עולם הנמלה)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(שיר נוף ואהבה עם האנשה ושאלה רטורית)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 כותב שירים ארוכים ומורכבים יותר על בדידות וגורל, רחל כותבת שירים קצרים ופשוטים על געגוע וטבע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על אותה מילה או צירוף בתחילת כמה שורות, למשל חזרה על רק על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שיר מהרשימה, הסביר את תוכנו בקצרה והתייחס לרגש אישי שהשיר מעורר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אנאפורה בשיר רק על עצמי לספר ידעתי, או מטאפורה בשיר גן 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כותב שירים ארוכים יותר על בדידות וגורל, רחל כותבת שירים קצרים ופשוטים על געגוע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קטעים קצרים מהשירים המקוריים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- קבוצה על ביאליק וקבוצה על רחל ולערוך השוואה משותפת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בעדינות לנושאים של בדידות וגעגוע שעולים בשירים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בתקופת התחייה פעלו שני קולות שירה גדולים: ביאליק, שכתב על בדידות וגעגוע לנעורים שאבדו, ורחל, שכתבה שירים קצרים ופשוטים על חיי החלוצים בכנרת. נכיר את השירים, נזהה אמצעים אמנותיים ונחשוב מה הם אומרים לנו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הכניסיני תחת כנפך?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שלונסקי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לתאר את השירים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ארוכים ומורכבים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 ילדים מצחיקים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שירי לעג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בשיר לבדי, איזו דמות נשארת תחת כנפי השכינה בבית המדרש?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איזה מקום בארץ ישראל כתבה רחל הרבה 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בשיר רק על עצמי לספר ידעתי, העולם הקטן מושווה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השיר גן נעול מרמז למקור קדום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ביאליק נקרא המשורר הלאומי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כתבה בעיקר שירים ארוכים ומסובכים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כנרת הוא שיר נוף ואהבה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אל ארצי מתוארת מנחה עשירה ומפוארת שהביאה החלוצה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ואולי לא היו הדברים שואל אם זיכרון הוא אמיתי או 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הכניסיני תחת כנפך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כתבה שירים קצרים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לבדי, ה__________ נשאר תחת כנפי השכינה בבית המדרש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גן נעול מרמז למקור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חיה וכתבה שירים על אדמת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מתח בין מסורת השכלה בבית המדרש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שיר נוף ואהבה עם האנשה ושאלה רטורית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אגדת שלושה וארבעה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פנייה לדמות נשית וחלום אהבה שהוחמץ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 על עצמי לספר ידעתי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 מלך כלואה במגדל ונער 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דימוי לעולם קטן כמו עולם הנמלה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הסגנון של ביאליק לסגנון של רחל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אמצעי אמנותי אנאפורה? תנו דוגמה מהשיר רק על עצמי לספר ידעתי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שלמדנו וכתבו פסקה קצרה שבה תסבירו על מה הוא מדבר ואילו רגשות הוא מעורר בכם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היו שני המשוררים שלמדנו עליהם בשיעור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שלמדנו ושם שיר שבו הוא מופיע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שירי ביאליק לשירי רחל?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התחייה - ביאליק ורחל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